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Cenová ponuka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Platná do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Celková cena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Napríklad: Termín dodania do 10 pracovných dní od objednávky</w:t>
          </w:r>
        </w:sdtContent>
      </w:sdt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Cenovú ponuku vystavíte online zadarmo na </w:t>
    </w:r>
    <w:hyperlink r:id="rId1">
      <w:r>
        <w:rPr>
          <w:rFonts w:ascii="Calibri" w:hAnsi="Calibri"/>
          <w:color w:val="338EEB"/>
          <w:sz w:val="16"/>
        </w:rPr>
        <w:t>faxio.sk/cenova-ponuka-online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cenova-ponuk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ponuka: vzor</dc:title>
  <dc:subject/>
  <dc:creator>Faxio.sk</dc:creator>
  <cp:keywords/>
  <dc:description>Vzor z https://www.faxio.sk. Online ho vyplníte na https://www.faxio.sk/cenova-ponuka-online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